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orbel" w:hAnsi="Corbel" w:cs="Corbel" w:eastAsia="Corbel"/>
          <w:b/>
          <w:color w:val="0033A0"/>
          <w:sz w:val="44"/>
        </w:rPr>
        <w:t>Karta projektu</w:t>
      </w:r>
    </w:p>
    <w:p>
      <w:pPr>
        <w:pStyle w:val="URSubtitle"/>
      </w:pPr>
      <w:r>
        <w:rPr>
          <w:rFonts w:ascii="Corbel" w:hAnsi="Corbel" w:cs="Corbel" w:eastAsia="Corbel"/>
          <w:b/>
          <w:color w:val="606A73"/>
          <w:sz w:val="21"/>
        </w:rPr>
        <w:t>Projekt informatyczny  |  Laboratorium 1</w:t>
      </w:r>
    </w:p>
    <w:p>
      <w:pPr>
        <w:pStyle w:val="URInstruction"/>
      </w:pPr>
      <w:r>
        <w:rPr>
          <w:rFonts w:ascii="Corbel" w:hAnsi="Corbel" w:cs="Corbel" w:eastAsia="Corbel"/>
          <w:b/>
          <w:color w:val="0033A0"/>
          <w:sz w:val="19"/>
        </w:rPr>
        <w:t xml:space="preserve">Jak wypełnić: </w:t>
      </w:r>
      <w:r>
        <w:rPr>
          <w:rFonts w:ascii="Corbel" w:hAnsi="Corbel" w:cs="Corbel" w:eastAsia="Corbel"/>
          <w:color w:val="606A73"/>
          <w:sz w:val="19"/>
        </w:rPr>
        <w:t>Opisz problem i decyzje własnymi słowami. Karta ma pomóc zespołowi doprecyzować projekt i nie zastępuje późniejszej dokumentacji.</w:t>
      </w:r>
    </w:p>
    <w:p>
      <w:pPr>
        <w:pStyle w:val="Heading1"/>
        <w:keepNext/>
      </w:pPr>
      <w:r>
        <w:rPr>
          <w:rFonts w:ascii="Corbel" w:hAnsi="Corbel" w:cs="Corbel" w:eastAsia="Corbel"/>
          <w:b/>
          <w:color w:val="0033A0"/>
          <w:sz w:val="25"/>
        </w:rPr>
        <w:t xml:space="preserve">  Metryka projektu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cantSplit/>
          <w:trHeight w:val="482" w:hRule="atLeast"/>
        </w:trPr>
        <w:tc>
          <w:tcPr>
            <w:tcW w:type="dxa" w:w="2494"/>
            <w:shd w:fill="EAF2FB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Etykieta"/>
            </w:pPr>
            <w:r>
              <w:rPr>
                <w:rFonts w:ascii="Corbel" w:hAnsi="Corbel" w:cs="Corbel" w:eastAsia="Corbel"/>
                <w:b/>
                <w:color w:val="0033A0"/>
                <w:sz w:val="19"/>
              </w:rPr>
              <w:t>Zespół lub grupa</w:t>
            </w:r>
          </w:p>
        </w:tc>
        <w:tc>
          <w:tcPr>
            <w:tcW w:type="dxa" w:w="7257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9"/>
              </w:rPr>
              <w:t>Wpisz numer grupy, nazwę zespołu albo inne oznaczenie</w:t>
            </w:r>
          </w:p>
        </w:tc>
      </w:tr>
      <w:tr>
        <w:trPr>
          <w:cantSplit/>
          <w:trHeight w:val="482" w:hRule="atLeast"/>
        </w:trPr>
        <w:tc>
          <w:tcPr>
            <w:tcW w:type="dxa" w:w="2494"/>
            <w:shd w:fill="EAF2FB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Etykieta"/>
            </w:pPr>
            <w:r>
              <w:rPr>
                <w:rFonts w:ascii="Corbel" w:hAnsi="Corbel" w:cs="Corbel" w:eastAsia="Corbel"/>
                <w:b/>
                <w:color w:val="0033A0"/>
                <w:sz w:val="19"/>
              </w:rPr>
              <w:t>Data opracowania</w:t>
            </w:r>
          </w:p>
        </w:tc>
        <w:tc>
          <w:tcPr>
            <w:tcW w:type="dxa" w:w="7257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9"/>
              </w:rPr>
              <w:t>Wpisz datę</w:t>
            </w:r>
          </w:p>
        </w:tc>
      </w:tr>
    </w:tbl>
    <w:p>
      <w:pPr>
        <w:pStyle w:val="URSpacer"/>
      </w:pPr>
    </w:p>
    <w:p>
      <w:pPr>
        <w:pStyle w:val="Heading1"/>
        <w:keepNext/>
      </w:pPr>
      <w:r>
        <w:rPr>
          <w:rFonts w:ascii="Corbel" w:hAnsi="Corbel" w:cs="Corbel" w:eastAsia="Corbel"/>
          <w:b/>
          <w:color w:val="0033A0"/>
          <w:sz w:val="25"/>
        </w:rPr>
        <w:t>1  Nazwa robocza projektu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cantSplit/>
          <w:trHeight w:val="510" w:hRule="atLeast"/>
        </w:trPr>
        <w:tc>
          <w:tcPr>
            <w:tcW w:type="dxa" w:w="2494"/>
            <w:shd w:fill="EAF2FB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Etykieta"/>
            </w:pPr>
            <w:r>
              <w:rPr>
                <w:rFonts w:ascii="Corbel" w:hAnsi="Corbel" w:cs="Corbel" w:eastAsia="Corbel"/>
                <w:b/>
                <w:color w:val="0033A0"/>
                <w:sz w:val="19"/>
              </w:rPr>
              <w:t>Nazwa</w:t>
            </w:r>
          </w:p>
        </w:tc>
        <w:tc>
          <w:tcPr>
            <w:tcW w:type="dxa" w:w="7257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9"/>
              </w:rPr>
              <w:t>Wpisz nazwę, która jednoznacznie wskazuje temat projektu</w:t>
            </w:r>
          </w:p>
        </w:tc>
      </w:tr>
    </w:tbl>
    <w:p>
      <w:pPr>
        <w:pStyle w:val="URSpacer"/>
      </w:pPr>
    </w:p>
    <w:p>
      <w:pPr>
        <w:pStyle w:val="Heading1"/>
        <w:keepNext/>
      </w:pPr>
      <w:r>
        <w:rPr>
          <w:rFonts w:ascii="Corbel" w:hAnsi="Corbel" w:cs="Corbel" w:eastAsia="Corbel"/>
          <w:b/>
          <w:color w:val="0033A0"/>
          <w:sz w:val="25"/>
        </w:rPr>
        <w:t>2  Problem</w:t>
      </w:r>
    </w:p>
    <w:p>
      <w:pPr>
        <w:pStyle w:val="URInstruction"/>
      </w:pPr>
      <w:r>
        <w:rPr>
          <w:rFonts w:ascii="Corbel" w:hAnsi="Corbel" w:cs="Corbel" w:eastAsia="Corbel"/>
          <w:b/>
          <w:color w:val="0033A0"/>
          <w:sz w:val="19"/>
        </w:rPr>
        <w:t xml:space="preserve">Pytanie pomocnicze: </w:t>
      </w:r>
      <w:r>
        <w:rPr>
          <w:rFonts w:ascii="Corbel" w:hAnsi="Corbel" w:cs="Corbel" w:eastAsia="Corbel"/>
          <w:color w:val="606A73"/>
          <w:sz w:val="19"/>
        </w:rPr>
        <w:t>Jaki konkretny problem chcemy rozwiązać? Kogo i w jakiej sytuacji ten problem dotyczy?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cantSplit/>
          <w:trHeight w:val="1389" w:hRule="atLeast"/>
        </w:trPr>
        <w:tc>
          <w:tcPr>
            <w:tcW w:type="dxa" w:w="2494"/>
            <w:shd w:fill="EAF2FB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Etykieta"/>
            </w:pPr>
            <w:r>
              <w:rPr>
                <w:rFonts w:ascii="Corbel" w:hAnsi="Corbel" w:cs="Corbel" w:eastAsia="Corbel"/>
                <w:b/>
                <w:color w:val="0033A0"/>
                <w:sz w:val="19"/>
              </w:rPr>
              <w:t>Opis problemu</w:t>
            </w:r>
          </w:p>
        </w:tc>
        <w:tc>
          <w:tcPr>
            <w:tcW w:type="dxa" w:w="7257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9"/>
              </w:rPr>
              <w:t>Opisz problem konkretnie: sytuację wyjściową, trudność i jej konsekwencje</w:t>
            </w:r>
          </w:p>
        </w:tc>
      </w:tr>
    </w:tbl>
    <w:p>
      <w:pPr>
        <w:pStyle w:val="URSpacer"/>
      </w:pPr>
    </w:p>
    <w:p>
      <w:pPr>
        <w:pStyle w:val="Heading1"/>
        <w:keepNext/>
      </w:pPr>
      <w:r>
        <w:rPr>
          <w:rFonts w:ascii="Corbel" w:hAnsi="Corbel" w:cs="Corbel" w:eastAsia="Corbel"/>
          <w:b/>
          <w:color w:val="0033A0"/>
          <w:sz w:val="25"/>
        </w:rPr>
        <w:t>3  Odbiorca rozwiązania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cantSplit/>
          <w:trHeight w:val="879" w:hRule="atLeast"/>
        </w:trPr>
        <w:tc>
          <w:tcPr>
            <w:tcW w:type="dxa" w:w="2494"/>
            <w:shd w:fill="EAF2FB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Etykieta"/>
            </w:pPr>
            <w:r>
              <w:rPr>
                <w:rFonts w:ascii="Corbel" w:hAnsi="Corbel" w:cs="Corbel" w:eastAsia="Corbel"/>
                <w:b/>
                <w:color w:val="0033A0"/>
                <w:sz w:val="19"/>
              </w:rPr>
              <w:t>Użytkownik lub grupa odbiorców</w:t>
            </w:r>
          </w:p>
        </w:tc>
        <w:tc>
          <w:tcPr>
            <w:tcW w:type="dxa" w:w="7257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9"/>
              </w:rPr>
              <w:t>Wpisz, kto będzie korzystał z rozwiązania albo wyników analizy</w:t>
            </w:r>
          </w:p>
        </w:tc>
      </w:tr>
    </w:tbl>
    <w:p>
      <w:pPr>
        <w:pStyle w:val="URSpacer"/>
      </w:pPr>
    </w:p>
    <w:p>
      <w:r>
        <w:br w:type="page"/>
      </w:r>
    </w:p>
    <w:p>
      <w:pPr>
        <w:pStyle w:val="Heading1"/>
        <w:keepNext/>
      </w:pPr>
      <w:r>
        <w:rPr>
          <w:rFonts w:ascii="Corbel" w:hAnsi="Corbel" w:cs="Corbel" w:eastAsia="Corbel"/>
          <w:b/>
          <w:color w:val="0033A0"/>
          <w:sz w:val="25"/>
        </w:rPr>
        <w:t>4  Użyteczność</w:t>
      </w:r>
    </w:p>
    <w:p>
      <w:pPr>
        <w:pStyle w:val="URInstruction"/>
      </w:pPr>
      <w:r>
        <w:rPr>
          <w:rFonts w:ascii="Corbel" w:hAnsi="Corbel" w:cs="Corbel" w:eastAsia="Corbel"/>
          <w:b/>
          <w:color w:val="0033A0"/>
          <w:sz w:val="19"/>
        </w:rPr>
        <w:t xml:space="preserve">Pytanie pomocnicze: </w:t>
      </w:r>
      <w:r>
        <w:rPr>
          <w:rFonts w:ascii="Corbel" w:hAnsi="Corbel" w:cs="Corbel" w:eastAsia="Corbel"/>
          <w:color w:val="606A73"/>
          <w:sz w:val="19"/>
        </w:rPr>
        <w:t>Co poprawi się dzięki rozwiązaniu? Jaką decyzję, czynność lub proces będzie można wykonać lepiej?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cantSplit/>
          <w:trHeight w:val="1276" w:hRule="atLeast"/>
        </w:trPr>
        <w:tc>
          <w:tcPr>
            <w:tcW w:type="dxa" w:w="2494"/>
            <w:shd w:fill="EAF2FB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Etykieta"/>
            </w:pPr>
            <w:r>
              <w:rPr>
                <w:rFonts w:ascii="Corbel" w:hAnsi="Corbel" w:cs="Corbel" w:eastAsia="Corbel"/>
                <w:b/>
                <w:color w:val="0033A0"/>
                <w:sz w:val="19"/>
              </w:rPr>
              <w:t>Wartość rozwiązania</w:t>
            </w:r>
          </w:p>
        </w:tc>
        <w:tc>
          <w:tcPr>
            <w:tcW w:type="dxa" w:w="7257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9"/>
              </w:rPr>
              <w:t>Opisz oczekiwaną korzyść dla odbiorcy i sposób wykorzystania wyniku projektu</w:t>
            </w:r>
          </w:p>
        </w:tc>
      </w:tr>
    </w:tbl>
    <w:p>
      <w:pPr>
        <w:pStyle w:val="URSpacer"/>
      </w:pPr>
    </w:p>
    <w:p>
      <w:pPr>
        <w:pStyle w:val="Heading1"/>
        <w:keepNext/>
      </w:pPr>
      <w:r>
        <w:rPr>
          <w:rFonts w:ascii="Corbel" w:hAnsi="Corbel" w:cs="Corbel" w:eastAsia="Corbel"/>
          <w:b/>
          <w:color w:val="0033A0"/>
          <w:sz w:val="25"/>
        </w:rPr>
        <w:t>5  Wstępne dane</w:t>
      </w:r>
    </w:p>
    <w:p>
      <w:pPr>
        <w:pStyle w:val="URInstruction"/>
      </w:pPr>
      <w:r>
        <w:rPr>
          <w:rFonts w:ascii="Corbel" w:hAnsi="Corbel" w:cs="Corbel" w:eastAsia="Corbel"/>
          <w:b/>
          <w:color w:val="0033A0"/>
          <w:sz w:val="19"/>
        </w:rPr>
        <w:t xml:space="preserve">Pytanie pomocnicze: </w:t>
      </w:r>
      <w:r>
        <w:rPr>
          <w:rFonts w:ascii="Corbel" w:hAnsi="Corbel" w:cs="Corbel" w:eastAsia="Corbel"/>
          <w:color w:val="606A73"/>
          <w:sz w:val="19"/>
        </w:rPr>
        <w:t>Jakich danych potrzebujemy? Gdzie mogą się znajdować? Czy możemy legalnie i technicznie je pozyskać?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cantSplit/>
          <w:trHeight w:val="1389" w:hRule="atLeast"/>
        </w:trPr>
        <w:tc>
          <w:tcPr>
            <w:tcW w:type="dxa" w:w="2494"/>
            <w:shd w:fill="EAF2FB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Etykieta"/>
            </w:pPr>
            <w:r>
              <w:rPr>
                <w:rFonts w:ascii="Corbel" w:hAnsi="Corbel" w:cs="Corbel" w:eastAsia="Corbel"/>
                <w:b/>
                <w:color w:val="0033A0"/>
                <w:sz w:val="19"/>
              </w:rPr>
              <w:t>Źródła i zakres danych</w:t>
            </w:r>
          </w:p>
        </w:tc>
        <w:tc>
          <w:tcPr>
            <w:tcW w:type="dxa" w:w="7257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9"/>
              </w:rPr>
              <w:t>Wpisz źródła, formaty, przybliżony zakres oraz ewentualne ograniczenia danych</w:t>
            </w:r>
          </w:p>
        </w:tc>
      </w:tr>
    </w:tbl>
    <w:p>
      <w:pPr>
        <w:pStyle w:val="URSpacer"/>
      </w:pPr>
    </w:p>
    <w:p>
      <w:pPr>
        <w:pStyle w:val="Heading1"/>
        <w:keepNext/>
      </w:pPr>
      <w:r>
        <w:rPr>
          <w:rFonts w:ascii="Corbel" w:hAnsi="Corbel" w:cs="Corbel" w:eastAsia="Corbel"/>
          <w:b/>
          <w:color w:val="0033A0"/>
          <w:sz w:val="25"/>
        </w:rPr>
        <w:t>6  Wstępny rezultat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cantSplit/>
          <w:trHeight w:val="1134" w:hRule="atLeast"/>
        </w:trPr>
        <w:tc>
          <w:tcPr>
            <w:tcW w:type="dxa" w:w="2494"/>
            <w:shd w:fill="EAF2FB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Etykieta"/>
            </w:pPr>
            <w:r>
              <w:rPr>
                <w:rFonts w:ascii="Corbel" w:hAnsi="Corbel" w:cs="Corbel" w:eastAsia="Corbel"/>
                <w:b/>
                <w:color w:val="0033A0"/>
                <w:sz w:val="19"/>
              </w:rPr>
              <w:t>Co pokażemy na końcu</w:t>
            </w:r>
          </w:p>
        </w:tc>
        <w:tc>
          <w:tcPr>
            <w:tcW w:type="dxa" w:w="7257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9"/>
              </w:rPr>
              <w:t>Wpisz, czy będzie to np. aplikacja, raport interaktywny, model predykcyjny, moduł analityczny, symulacja lub narzędzie wspierające decyzję</w:t>
            </w:r>
          </w:p>
        </w:tc>
      </w:tr>
    </w:tbl>
    <w:p>
      <w:pPr>
        <w:pStyle w:val="URSpacer"/>
      </w:pPr>
    </w:p>
    <w:p>
      <w:pPr>
        <w:pStyle w:val="Heading1"/>
        <w:keepNext/>
      </w:pPr>
      <w:r>
        <w:rPr>
          <w:rFonts w:ascii="Corbel" w:hAnsi="Corbel" w:cs="Corbel" w:eastAsia="Corbel"/>
          <w:b/>
          <w:color w:val="0033A0"/>
          <w:sz w:val="25"/>
        </w:rPr>
        <w:t>7  Kryterium sukcesu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cantSplit/>
          <w:trHeight w:val="1020" w:hRule="atLeast"/>
        </w:trPr>
        <w:tc>
          <w:tcPr>
            <w:tcW w:type="dxa" w:w="2494"/>
            <w:shd w:fill="EAF2FB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Etykieta"/>
            </w:pPr>
            <w:r>
              <w:rPr>
                <w:rFonts w:ascii="Corbel" w:hAnsi="Corbel" w:cs="Corbel" w:eastAsia="Corbel"/>
                <w:b/>
                <w:color w:val="0033A0"/>
                <w:sz w:val="19"/>
              </w:rPr>
              <w:t>Po czym poznamy, że działa</w:t>
            </w:r>
          </w:p>
        </w:tc>
        <w:tc>
          <w:tcPr>
            <w:tcW w:type="dxa" w:w="7257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9"/>
              </w:rPr>
              <w:t>Wpisz 2-4 sprawdzalne kryteria poprawności i użyteczności rozwiązania</w:t>
            </w:r>
          </w:p>
        </w:tc>
      </w:tr>
    </w:tbl>
    <w:p>
      <w:pPr>
        <w:pStyle w:val="URSpacer"/>
      </w:pPr>
    </w:p>
    <w:p>
      <w:r>
        <w:br w:type="page"/>
      </w:r>
    </w:p>
    <w:p>
      <w:pPr>
        <w:pStyle w:val="Heading1"/>
        <w:keepNext/>
      </w:pPr>
      <w:r>
        <w:rPr>
          <w:rFonts w:ascii="Corbel" w:hAnsi="Corbel" w:cs="Corbel" w:eastAsia="Corbel"/>
          <w:b/>
          <w:color w:val="0033A0"/>
          <w:sz w:val="25"/>
        </w:rPr>
        <w:t>8  Członkowie zespołu</w:t>
      </w:r>
    </w:p>
    <w:p>
      <w:r>
        <w:t>Ta sekcja znajduje się na końcu karty celowo: jeśli nie zgadzasz się z wizją projektu, możesz wpisać się do innego zespołu albo utworzyć własny.</w:t>
      </w:r>
    </w:p>
    <w:p>
      <w:pPr>
        <w:pStyle w:val="URInstruction"/>
      </w:pPr>
      <w:r>
        <w:rPr>
          <w:rFonts w:ascii="Corbel" w:hAnsi="Corbel" w:cs="Corbel" w:eastAsia="Corbel"/>
          <w:b/>
          <w:color w:val="0033A0"/>
          <w:sz w:val="19"/>
        </w:rPr>
        <w:t xml:space="preserve">Wkład indywidualny: </w:t>
      </w:r>
      <w:r>
        <w:rPr>
          <w:rFonts w:ascii="Corbel" w:hAnsi="Corbel" w:cs="Corbel" w:eastAsia="Corbel"/>
          <w:color w:val="606A73"/>
          <w:sz w:val="19"/>
        </w:rPr>
        <w:t>Każda osoba wpisuje co najmniej jeden własny, mierzalny rezultat projektu. Podajcie konkretny artefakt lub wynik oraz sposób jego sprawdzenia; unikajcie ogólnych haseł typu "pomoc zespołowi".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1984"/>
            <w:shd w:fill="0033A0" w:val="clear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Nagłówektabeli"/>
              <w:jc w:val="left"/>
            </w:pPr>
            <w:r>
              <w:rPr>
                <w:rFonts w:ascii="Corbel" w:hAnsi="Corbel" w:cs="Corbel" w:eastAsia="Corbel"/>
                <w:b/>
                <w:color w:val="FFFFFF"/>
                <w:sz w:val="18"/>
              </w:rPr>
              <w:t>Osoba</w:t>
            </w:r>
          </w:p>
        </w:tc>
        <w:tc>
          <w:tcPr>
            <w:tcW w:type="dxa" w:w="3402"/>
            <w:shd w:fill="0033A0" w:val="clear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Nagłówektabeli"/>
              <w:jc w:val="left"/>
            </w:pPr>
            <w:r>
              <w:rPr>
                <w:rFonts w:ascii="Corbel" w:hAnsi="Corbel" w:cs="Corbel" w:eastAsia="Corbel"/>
                <w:b/>
                <w:color w:val="FFFFFF"/>
                <w:sz w:val="18"/>
              </w:rPr>
              <w:t>Zakres odpowiedzialności</w:t>
            </w:r>
          </w:p>
        </w:tc>
        <w:tc>
          <w:tcPr>
            <w:tcW w:type="dxa" w:w="4365"/>
            <w:shd w:fill="0033A0" w:val="clear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Nagłówektabeli"/>
              <w:jc w:val="left"/>
            </w:pPr>
            <w:r>
              <w:rPr>
                <w:rFonts w:ascii="Corbel" w:hAnsi="Corbel" w:cs="Corbel" w:eastAsia="Corbel"/>
                <w:b/>
                <w:color w:val="FFFFFF"/>
                <w:sz w:val="18"/>
              </w:rPr>
              <w:t>Mierzalny rezultat / kryterium odbioru</w:t>
            </w:r>
          </w:p>
        </w:tc>
      </w:tr>
      <w:tr>
        <w:trPr>
          <w:cantSplit/>
          <w:trHeight w:val="482" w:hRule="atLeast"/>
        </w:trPr>
        <w:tc>
          <w:tcPr>
            <w:tcW w:type="dxa" w:w="1984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imię i nazwisko</w:t>
            </w:r>
          </w:p>
        </w:tc>
        <w:tc>
          <w:tcPr>
            <w:tcW w:type="dxa" w:w="3402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Wpisz, za jaki obszar odpowiadasz</w:t>
            </w:r>
          </w:p>
        </w:tc>
        <w:tc>
          <w:tcPr>
            <w:tcW w:type="dxa" w:w="4365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Rezultatmierzalny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konkretny rezultat i sposób jego sprawdzenia</w:t>
            </w:r>
          </w:p>
        </w:tc>
      </w:tr>
      <w:tr>
        <w:trPr>
          <w:cantSplit/>
          <w:trHeight w:val="482" w:hRule="atLeast"/>
        </w:trPr>
        <w:tc>
          <w:tcPr>
            <w:tcW w:type="dxa" w:w="1984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imię i nazwisko</w:t>
            </w:r>
          </w:p>
        </w:tc>
        <w:tc>
          <w:tcPr>
            <w:tcW w:type="dxa" w:w="3402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Wpisz, za jaki obszar odpowiadasz</w:t>
            </w:r>
          </w:p>
        </w:tc>
        <w:tc>
          <w:tcPr>
            <w:tcW w:type="dxa" w:w="4365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Rezultatmierzalny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konkretny rezultat i sposób jego sprawdzenia</w:t>
            </w:r>
          </w:p>
        </w:tc>
      </w:tr>
      <w:tr>
        <w:trPr>
          <w:cantSplit/>
          <w:trHeight w:val="482" w:hRule="atLeast"/>
        </w:trPr>
        <w:tc>
          <w:tcPr>
            <w:tcW w:type="dxa" w:w="1984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imię i nazwisko</w:t>
            </w:r>
          </w:p>
        </w:tc>
        <w:tc>
          <w:tcPr>
            <w:tcW w:type="dxa" w:w="3402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Wpisz, za jaki obszar odpowiadasz</w:t>
            </w:r>
          </w:p>
        </w:tc>
        <w:tc>
          <w:tcPr>
            <w:tcW w:type="dxa" w:w="4365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Rezultatmierzalny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konkretny rezultat i sposób jego sprawdzenia</w:t>
            </w:r>
          </w:p>
        </w:tc>
      </w:tr>
      <w:tr>
        <w:trPr>
          <w:cantSplit/>
          <w:trHeight w:val="482" w:hRule="atLeast"/>
        </w:trPr>
        <w:tc>
          <w:tcPr>
            <w:tcW w:type="dxa" w:w="1984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imię i nazwisko</w:t>
            </w:r>
          </w:p>
        </w:tc>
        <w:tc>
          <w:tcPr>
            <w:tcW w:type="dxa" w:w="3402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Wpisz, za jaki obszar odpowiadasz</w:t>
            </w:r>
          </w:p>
        </w:tc>
        <w:tc>
          <w:tcPr>
            <w:tcW w:type="dxa" w:w="4365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Rezultatmierzalny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konkretny rezultat i sposób jego sprawdzenia</w:t>
            </w:r>
          </w:p>
        </w:tc>
      </w:tr>
    </w:tbl>
    <w:p>
      <w:pPr>
        <w:pStyle w:val="URSpacer"/>
      </w:pPr>
    </w:p>
    <w:p>
      <w:pPr>
        <w:pStyle w:val="Heading1"/>
        <w:keepNext/>
      </w:pPr>
      <w:r>
        <w:rPr>
          <w:rFonts w:ascii="Corbel" w:hAnsi="Corbel" w:cs="Corbel" w:eastAsia="Corbel"/>
          <w:b/>
          <w:color w:val="0033A0"/>
          <w:sz w:val="25"/>
        </w:rPr>
        <w:t>9  Minimalna wersja projektu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cantSplit/>
          <w:trHeight w:val="1134" w:hRule="atLeast"/>
        </w:trPr>
        <w:tc>
          <w:tcPr>
            <w:tcW w:type="dxa" w:w="2494"/>
            <w:shd w:fill="EAF2FB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Etykieta"/>
            </w:pPr>
            <w:r>
              <w:rPr>
                <w:rFonts w:ascii="Corbel" w:hAnsi="Corbel" w:cs="Corbel" w:eastAsia="Corbel"/>
                <w:b/>
                <w:color w:val="0033A0"/>
                <w:sz w:val="19"/>
              </w:rPr>
              <w:t>Zakres pierwszej działającej wersji</w:t>
            </w:r>
          </w:p>
        </w:tc>
        <w:tc>
          <w:tcPr>
            <w:tcW w:type="dxa" w:w="7257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9"/>
              </w:rPr>
              <w:t>Wpisz najmniejszy zakres, który zespół może zrealizować i zademonstrować w ramach przedmiotu</w:t>
            </w:r>
          </w:p>
        </w:tc>
      </w:tr>
    </w:tbl>
    <w:p>
      <w:pPr>
        <w:pStyle w:val="URSpacer"/>
      </w:pPr>
    </w:p>
    <w:p>
      <w:pPr>
        <w:pStyle w:val="Heading1"/>
        <w:keepNext/>
      </w:pPr>
      <w:r>
        <w:rPr>
          <w:rFonts w:ascii="Corbel" w:hAnsi="Corbel" w:cs="Corbel" w:eastAsia="Corbel"/>
          <w:b/>
          <w:color w:val="0033A0"/>
          <w:sz w:val="25"/>
        </w:rPr>
        <w:t>10  Największe ryzyka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cantSplit/>
          <w:trHeight w:val="1134" w:hRule="atLeast"/>
        </w:trPr>
        <w:tc>
          <w:tcPr>
            <w:tcW w:type="dxa" w:w="2494"/>
            <w:shd w:fill="EAF2FB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Etykieta"/>
            </w:pPr>
            <w:r>
              <w:rPr>
                <w:rFonts w:ascii="Corbel" w:hAnsi="Corbel" w:cs="Corbel" w:eastAsia="Corbel"/>
                <w:b/>
                <w:color w:val="0033A0"/>
                <w:sz w:val="19"/>
              </w:rPr>
              <w:t>Trzy największe ryzyka</w:t>
            </w:r>
          </w:p>
        </w:tc>
        <w:tc>
          <w:tcPr>
            <w:tcW w:type="dxa" w:w="7257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9"/>
              </w:rPr>
              <w:t>Wpisz ryzyko, jego możliwy skutek oraz pomysł na ograniczenie ryzyka</w:t>
            </w:r>
          </w:p>
        </w:tc>
      </w:tr>
    </w:tbl>
    <w:p>
      <w:pPr>
        <w:pStyle w:val="URSpacer"/>
      </w:pPr>
    </w:p>
    <w:p>
      <w:r>
        <w:br w:type="page"/>
      </w:r>
    </w:p>
    <w:p>
      <w:pPr>
        <w:pStyle w:val="Heading1"/>
        <w:keepNext/>
      </w:pPr>
      <w:r>
        <w:rPr>
          <w:rFonts w:ascii="Corbel" w:hAnsi="Corbel" w:cs="Corbel" w:eastAsia="Corbel"/>
          <w:b/>
          <w:color w:val="0033A0"/>
          <w:sz w:val="25"/>
        </w:rPr>
        <w:t>11  Wykorzystanie narzędzi AI</w:t>
      </w:r>
    </w:p>
    <w:p>
      <w:pPr>
        <w:pStyle w:val="URInstruction"/>
      </w:pPr>
      <w:r>
        <w:rPr>
          <w:rFonts w:ascii="Corbel" w:hAnsi="Corbel" w:cs="Corbel" w:eastAsia="Corbel"/>
          <w:b/>
          <w:color w:val="0033A0"/>
          <w:sz w:val="19"/>
        </w:rPr>
        <w:t xml:space="preserve">Zasada: </w:t>
      </w:r>
      <w:r>
        <w:rPr>
          <w:rFonts w:ascii="Corbel" w:hAnsi="Corbel" w:cs="Corbel" w:eastAsia="Corbel"/>
          <w:color w:val="606A73"/>
          <w:sz w:val="19"/>
        </w:rPr>
        <w:t>AI może pomóc w generowaniu pomysłów, wyszukiwaniu źródeł i porządkowaniu informacji. Każdą istotną informację trzeba zweryfikować, a kod zrozumieć i przetestować.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2268"/>
            <w:shd w:fill="0033A0" w:val="clea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Nagłówektabeli"/>
            </w:pPr>
            <w:r>
              <w:rPr>
                <w:rFonts w:ascii="Corbel" w:hAnsi="Corbel" w:cs="Corbel" w:eastAsia="Corbel"/>
                <w:b/>
                <w:color w:val="FFFFFF"/>
                <w:sz w:val="17"/>
              </w:rPr>
              <w:t>Narzędzie</w:t>
            </w:r>
          </w:p>
        </w:tc>
        <w:tc>
          <w:tcPr>
            <w:tcW w:type="dxa" w:w="3855"/>
            <w:shd w:fill="0033A0" w:val="clea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Nagłówektabeli"/>
            </w:pPr>
            <w:r>
              <w:rPr>
                <w:rFonts w:ascii="Corbel" w:hAnsi="Corbel" w:cs="Corbel" w:eastAsia="Corbel"/>
                <w:b/>
                <w:color w:val="FFFFFF"/>
                <w:sz w:val="17"/>
              </w:rPr>
              <w:t>Do czego użyto</w:t>
            </w:r>
          </w:p>
        </w:tc>
        <w:tc>
          <w:tcPr>
            <w:tcW w:type="dxa" w:w="3628"/>
            <w:shd w:fill="0033A0" w:val="clea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Nagłówektabeli"/>
            </w:pPr>
            <w:r>
              <w:rPr>
                <w:rFonts w:ascii="Corbel" w:hAnsi="Corbel" w:cs="Corbel" w:eastAsia="Corbel"/>
                <w:b/>
                <w:color w:val="FFFFFF"/>
                <w:sz w:val="17"/>
              </w:rPr>
              <w:t>Co zweryfikowano</w:t>
            </w:r>
          </w:p>
        </w:tc>
      </w:tr>
      <w:tr>
        <w:trPr>
          <w:cantSplit/>
          <w:trHeight w:val="454" w:hRule="atLeast"/>
        </w:trPr>
        <w:tc>
          <w:tcPr>
            <w:tcW w:type="dxa" w:w="2268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odpowiedź</w:t>
            </w:r>
          </w:p>
        </w:tc>
        <w:tc>
          <w:tcPr>
            <w:tcW w:type="dxa" w:w="3855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odpowiedź</w:t>
            </w:r>
          </w:p>
        </w:tc>
        <w:tc>
          <w:tcPr>
            <w:tcW w:type="dxa" w:w="3628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odpowiedź</w:t>
            </w:r>
          </w:p>
        </w:tc>
      </w:tr>
      <w:tr>
        <w:trPr>
          <w:cantSplit/>
          <w:trHeight w:val="454" w:hRule="atLeast"/>
        </w:trPr>
        <w:tc>
          <w:tcPr>
            <w:tcW w:type="dxa" w:w="2268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odpowiedź</w:t>
            </w:r>
          </w:p>
        </w:tc>
        <w:tc>
          <w:tcPr>
            <w:tcW w:type="dxa" w:w="3855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odpowiedź</w:t>
            </w:r>
          </w:p>
        </w:tc>
        <w:tc>
          <w:tcPr>
            <w:tcW w:type="dxa" w:w="3628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odpowiedź</w:t>
            </w:r>
          </w:p>
        </w:tc>
      </w:tr>
      <w:tr>
        <w:trPr>
          <w:cantSplit/>
          <w:trHeight w:val="454" w:hRule="atLeast"/>
        </w:trPr>
        <w:tc>
          <w:tcPr>
            <w:tcW w:type="dxa" w:w="2268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odpowiedź</w:t>
            </w:r>
          </w:p>
        </w:tc>
        <w:tc>
          <w:tcPr>
            <w:tcW w:type="dxa" w:w="3855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odpowiedź</w:t>
            </w:r>
          </w:p>
        </w:tc>
        <w:tc>
          <w:tcPr>
            <w:tcW w:type="dxa" w:w="3628"/>
            <w:shd w:fill="F6F9FD" w:val="clear"/>
            <w:vAlign w:val="top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URWpisstudenta"/>
            </w:pPr>
            <w:r>
              <w:rPr>
                <w:rFonts w:ascii="Corbel" w:hAnsi="Corbel" w:cs="Corbel" w:eastAsia="Corbel"/>
                <w:i/>
                <w:color w:val="606A73"/>
                <w:sz w:val="17"/>
              </w:rPr>
              <w:t>Wpisz odpowiedź</w:t>
            </w:r>
          </w:p>
        </w:tc>
      </w:tr>
    </w:tbl>
    <w:p>
      <w:pPr>
        <w:pStyle w:val="URSpacer"/>
      </w:pPr>
    </w:p>
    <w:p>
      <w:pPr>
        <w:pStyle w:val="URInstruction"/>
      </w:pPr>
      <w:r>
        <w:rPr>
          <w:rFonts w:ascii="Corbel" w:hAnsi="Corbel" w:cs="Corbel" w:eastAsia="Corbel"/>
          <w:b/>
          <w:color w:val="0033A0"/>
          <w:sz w:val="19"/>
        </w:rPr>
        <w:t xml:space="preserve">Przed kolejnymi zajęciami sprawdźcie: </w:t>
      </w:r>
      <w:r>
        <w:rPr>
          <w:rFonts w:ascii="Corbel" w:hAnsi="Corbel" w:cs="Corbel" w:eastAsia="Corbel"/>
          <w:color w:val="606A73"/>
          <w:sz w:val="19"/>
        </w:rPr>
        <w:t>czy problem jest wystarczająco konkretny, odbiorca jest jasno określony, dane są realnie dostępne, zakres MVP jest wykonalny, a ryzyka są nazwane.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077" w:bottom="964" w:left="107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URFooter"/>
      <w:jc w:val="center"/>
    </w:pPr>
    <w:r>
      <w:rPr>
        <w:rFonts w:ascii="Corbel" w:hAnsi="Corbel" w:cs="Corbel" w:eastAsia="Corbel"/>
        <w:color w:val="0033A0"/>
        <w:sz w:val="16"/>
      </w:rPr>
      <w:t>Projekt informatyczny  |  Laboratorium 1  |  Karta projektu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Layout w:type="fixed"/>
    </w:tblPr>
    <w:tblGrid>
      <w:gridCol w:w="4876"/>
      <w:gridCol w:w="4876"/>
    </w:tblGrid>
    <w:tr>
      <w:tc>
        <w:tcPr>
          <w:tcW w:type="dxa" w:w="1134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48000" cy="648000"/>
                <wp:docPr id="1" name="Picture 1" descr="Logo Instytutu Informatyki Uniwersytetu Rzeszowskiego" title="Logo Instytutu Informatyki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8000" cy="64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18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spacing w:after="0"/>
          </w:pPr>
          <w:r>
            <w:rPr>
              <w:rFonts w:ascii="Corbel" w:hAnsi="Corbel" w:cs="Corbel" w:eastAsia="Corbel"/>
              <w:b/>
              <w:color w:val="0033A0"/>
              <w:sz w:val="21"/>
            </w:rPr>
            <w:t>Uniwersytet Rzeszowski</w:t>
          </w:r>
        </w:p>
        <w:p>
          <w:pPr>
            <w:spacing w:after="0"/>
          </w:pPr>
          <w:r>
            <w:rPr>
              <w:rFonts w:ascii="Corbel" w:hAnsi="Corbel" w:cs="Corbel" w:eastAsia="Corbel"/>
              <w:color w:val="0033A0"/>
              <w:sz w:val="16"/>
            </w:rPr>
            <w:t>Wydział Nauk Ścisłych i Technicznych</w:t>
          </w:r>
        </w:p>
        <w:p>
          <w:pPr>
            <w:spacing w:after="0"/>
          </w:pPr>
          <w:r>
            <w:rPr>
              <w:rFonts w:ascii="Corbel" w:hAnsi="Corbel" w:cs="Corbel" w:eastAsia="Corbel"/>
              <w:b/>
              <w:color w:val="0033A0"/>
              <w:sz w:val="16"/>
            </w:rPr>
            <w:t>Instytut Informatyki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59" w:lineRule="auto"/>
    </w:pPr>
    <w:rPr>
      <w:rFonts w:ascii="Corbel" w:hAnsi="Corbel" w:cs="Corbel" w:eastAsia="Corbel"/>
      <w:b w:val="0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 w:line="240" w:lineRule="auto"/>
      <w:outlineLvl w:val="0"/>
    </w:pPr>
    <w:rPr>
      <w:rFonts w:asciiTheme="majorHAnsi" w:eastAsiaTheme="majorEastAsia" w:hAnsiTheme="majorHAnsi" w:cstheme="majorBidi" w:ascii="Corbel" w:hAnsi="Corbel" w:cs="Corbel" w:eastAsia="Corbel"/>
      <w:b/>
      <w:bCs/>
      <w:i w:val="0"/>
      <w:color w:val="0033A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 w:line="240" w:lineRule="auto"/>
      <w:outlineLvl w:val="1"/>
    </w:pPr>
    <w:rPr>
      <w:rFonts w:asciiTheme="majorHAnsi" w:eastAsiaTheme="majorEastAsia" w:hAnsiTheme="majorHAnsi" w:cstheme="majorBidi" w:ascii="Corbel" w:hAnsi="Corbel" w:cs="Corbel" w:eastAsia="Corbel"/>
      <w:b/>
      <w:bCs/>
      <w:i w:val="0"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</w:pPr>
    <w:rPr>
      <w:rFonts w:asciiTheme="majorHAnsi" w:eastAsiaTheme="majorEastAsia" w:hAnsiTheme="majorHAnsi" w:cstheme="majorBidi" w:ascii="Corbel" w:hAnsi="Corbel" w:cs="Corbel" w:eastAsia="Corbel"/>
      <w:b/>
      <w:i w:val="0"/>
      <w:color w:val="0033A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URSubtitle">
    <w:name w:val="UR Subtitle"/>
    <w:pPr>
      <w:spacing w:before="0" w:after="200" w:line="259" w:lineRule="auto"/>
    </w:pPr>
    <w:rPr>
      <w:rFonts w:ascii="Corbel" w:hAnsi="Corbel" w:cs="Corbel" w:eastAsia="Corbel"/>
      <w:b/>
      <w:i w:val="0"/>
      <w:color w:val="606A73"/>
      <w:sz w:val="21"/>
    </w:rPr>
  </w:style>
  <w:style w:type="paragraph" w:customStyle="1" w:styleId="URInstruction">
    <w:name w:val="UR Instruction"/>
    <w:pPr>
      <w:spacing w:before="0" w:after="140" w:line="252" w:lineRule="auto"/>
    </w:pPr>
    <w:rPr>
      <w:rFonts w:ascii="Corbel" w:hAnsi="Corbel" w:cs="Corbel" w:eastAsia="Corbel"/>
      <w:b w:val="0"/>
      <w:i w:val="0"/>
      <w:color w:val="606A73"/>
      <w:sz w:val="19"/>
    </w:rPr>
  </w:style>
  <w:style w:type="paragraph" w:customStyle="1" w:styleId="URWpisstudenta">
    <w:name w:val="UR Wpis studenta"/>
    <w:uiPriority w:val="10"/>
    <w:unhideWhenUsed/>
    <w:qFormat/>
    <w:pPr>
      <w:spacing w:before="0" w:after="0" w:line="252" w:lineRule="auto"/>
    </w:pPr>
    <w:rPr>
      <w:rFonts w:ascii="Corbel" w:hAnsi="Corbel" w:cs="Corbel" w:eastAsia="Corbel"/>
      <w:b w:val="0"/>
      <w:i w:val="0"/>
      <w:color w:val="000000"/>
      <w:sz w:val="19"/>
    </w:rPr>
  </w:style>
  <w:style w:type="paragraph" w:customStyle="1" w:styleId="URRezultatmierzalny">
    <w:name w:val="UR Rezultat mierzalny"/>
    <w:uiPriority w:val="11"/>
    <w:unhideWhenUsed/>
    <w:qFormat/>
    <w:pPr>
      <w:spacing w:before="0" w:after="0" w:line="252" w:lineRule="auto"/>
    </w:pPr>
    <w:rPr>
      <w:rFonts w:ascii="Corbel" w:hAnsi="Corbel" w:cs="Corbel" w:eastAsia="Corbel"/>
      <w:b w:val="0"/>
      <w:i w:val="0"/>
      <w:color w:val="000000"/>
      <w:sz w:val="19"/>
    </w:rPr>
  </w:style>
  <w:style w:type="paragraph" w:customStyle="1" w:styleId="UREtykieta">
    <w:name w:val="UR Etykieta"/>
    <w:uiPriority w:val="12"/>
    <w:unhideWhenUsed/>
    <w:qFormat/>
    <w:pPr>
      <w:spacing w:before="0" w:after="0" w:line="240" w:lineRule="auto"/>
    </w:pPr>
    <w:rPr>
      <w:rFonts w:ascii="Corbel" w:hAnsi="Corbel" w:cs="Corbel" w:eastAsia="Corbel"/>
      <w:b/>
      <w:i w:val="0"/>
      <w:color w:val="0033A0"/>
      <w:sz w:val="19"/>
    </w:rPr>
  </w:style>
  <w:style w:type="paragraph" w:customStyle="1" w:styleId="URNagłówektabeli">
    <w:name w:val="UR Nagłówek tabeli"/>
    <w:uiPriority w:val="13"/>
    <w:unhideWhenUsed/>
    <w:qFormat/>
    <w:pPr>
      <w:spacing w:before="0" w:after="0" w:line="240" w:lineRule="auto"/>
    </w:pPr>
    <w:rPr>
      <w:rFonts w:ascii="Corbel" w:hAnsi="Corbel" w:cs="Corbel" w:eastAsia="Corbel"/>
      <w:b/>
      <w:i w:val="0"/>
      <w:color w:val="FFFFFF"/>
      <w:sz w:val="18"/>
    </w:rPr>
  </w:style>
  <w:style w:type="paragraph" w:customStyle="1" w:styleId="URFieldLabel">
    <w:name w:val="UR Field Label"/>
    <w:pPr>
      <w:spacing w:before="0" w:after="0" w:line="240" w:lineRule="auto"/>
    </w:pPr>
    <w:rPr>
      <w:rFonts w:ascii="Corbel" w:hAnsi="Corbel" w:cs="Corbel" w:eastAsia="Corbel"/>
      <w:b/>
      <w:i w:val="0"/>
      <w:color w:val="0033A0"/>
      <w:sz w:val="19"/>
    </w:rPr>
  </w:style>
  <w:style w:type="paragraph" w:customStyle="1" w:styleId="URFieldText">
    <w:name w:val="UR Field Text"/>
    <w:pPr>
      <w:spacing w:before="0" w:after="0" w:line="252" w:lineRule="auto"/>
    </w:pPr>
    <w:rPr>
      <w:rFonts w:ascii="Corbel" w:hAnsi="Corbel" w:cs="Corbel" w:eastAsia="Corbel"/>
      <w:b w:val="0"/>
      <w:i w:val="0"/>
      <w:color w:val="606A73"/>
      <w:sz w:val="19"/>
    </w:rPr>
  </w:style>
  <w:style w:type="paragraph" w:customStyle="1" w:styleId="URPlaceholder">
    <w:name w:val="UR Placeholder"/>
    <w:pPr>
      <w:spacing w:before="0" w:after="0" w:line="240" w:lineRule="auto"/>
    </w:pPr>
    <w:rPr>
      <w:rFonts w:ascii="Corbel" w:hAnsi="Corbel" w:cs="Corbel" w:eastAsia="Corbel"/>
      <w:b w:val="0"/>
      <w:i/>
      <w:color w:val="606A73"/>
      <w:sz w:val="18"/>
    </w:rPr>
  </w:style>
  <w:style w:type="paragraph" w:customStyle="1" w:styleId="URTableHeader">
    <w:name w:val="UR Table Header"/>
    <w:pPr>
      <w:spacing w:before="0" w:after="0" w:line="240" w:lineRule="auto"/>
    </w:pPr>
    <w:rPr>
      <w:rFonts w:ascii="Corbel" w:hAnsi="Corbel" w:cs="Corbel" w:eastAsia="Corbel"/>
      <w:b/>
      <w:i w:val="0"/>
      <w:color w:val="FFFFFF"/>
      <w:sz w:val="18"/>
    </w:rPr>
  </w:style>
  <w:style w:type="paragraph" w:customStyle="1" w:styleId="URTableBody">
    <w:name w:val="UR Table Body"/>
    <w:pPr>
      <w:spacing w:before="0" w:after="0" w:line="240" w:lineRule="auto"/>
    </w:pPr>
    <w:rPr>
      <w:rFonts w:ascii="Corbel" w:hAnsi="Corbel" w:cs="Corbel" w:eastAsia="Corbel"/>
      <w:b w:val="0"/>
      <w:i w:val="0"/>
      <w:color w:val="000000"/>
      <w:sz w:val="18"/>
    </w:rPr>
  </w:style>
  <w:style w:type="paragraph" w:customStyle="1" w:styleId="URSpacer">
    <w:name w:val="UR Spacer"/>
    <w:pPr>
      <w:spacing w:before="0" w:after="20" w:line="240" w:lineRule="auto"/>
    </w:pPr>
    <w:rPr>
      <w:rFonts w:ascii="Corbel" w:hAnsi="Corbel" w:cs="Corbel" w:eastAsia="Corbel"/>
      <w:b w:val="0"/>
      <w:i w:val="0"/>
      <w:color w:val="FFFFFF"/>
      <w:sz w:val="4"/>
    </w:rPr>
  </w:style>
  <w:style w:type="paragraph" w:customStyle="1" w:styleId="URFooter">
    <w:name w:val="UR Footer"/>
    <w:pPr>
      <w:spacing w:before="0" w:after="0" w:line="240" w:lineRule="auto"/>
    </w:pPr>
    <w:rPr>
      <w:rFonts w:ascii="Corbel" w:hAnsi="Corbel" w:cs="Corbel" w:eastAsia="Corbel"/>
      <w:b w:val="0"/>
      <w:i w:val="0"/>
      <w:color w:val="0033A0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projektu</dc:title>
  <dc:subject>Projekt informatyczny - Laboratorium 1</dc:subject>
  <dc:creator>Instytut Informatyki Uniwersytetu Rzeszowskiego</dc:creator>
  <cp:keywords>projekt informatyczny, karta projektu, laboratorium 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